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LLM Red Teaming &amp; Vulnerability Scanner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Zero-Trust Security &amp; AI Safety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AI • Level 3 (Distributed &amp; Compliance)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garak-config.yaml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100% Infrastructure-as-Code Compliance &amp; Audited Reproducibility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Design automated red-teaming pipelines for LLM security audits. Generate Garak vulnerability scan configs, select security probe targets, and verify alignment thresholds.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Production AI engineering: Tune and orchestrate enterprise LLM Red Teaming &amp; Vulnerability Scanner Studio workloads with zero-drift reproducibility and audited reliability.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https://github.com/Pradeeptalari14/tp-llm-redteaming.</w:t>
      </w:r>
    </w:p>
    <w:p>
      <w:pPr>
        <w:pStyle w:val="Heading1"/>
      </w:pPr>
      <w:r>
        <w:t>3. Concrete Production Implementation (garak-config.yaml)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# Production Manifest: LLM Red Teaming &amp; Vulnerability Scanner Studio</w:t>
              <w:br/>
              <w:t># Domain: Zero-Trust Security &amp; AI Safety</w:t>
              <w:br/>
              <w:t># Target Artifact: garak-config.yaml</w:t>
              <w:br/>
              <w:t># Target SRE Standard: 100% Infrastructure-as-Code Compliance &amp; Audited Reproducibility</w:t>
              <w:br/>
              <w:t>apiVersion: apps/v1</w:t>
              <w:br/>
              <w:t>kind: Deployment</w:t>
              <w:br/>
              <w:t>metadata:</w:t>
              <w:br/>
              <w:t xml:space="preserve">  name: llm-red-teaming-&amp;-vulnerability-scanner-studio</w:t>
              <w:br/>
              <w:t xml:space="preserve">  namespace: production</w:t>
              <w:br/>
              <w:t xml:space="preserve">  labels:</w:t>
              <w:br/>
              <w:t xml:space="preserve">    app.kubernetes.io/name: llm-red-teaming-&amp;-vulnerability-scanner-studio</w:t>
              <w:br/>
              <w:t xml:space="preserve">    app.kubernetes.io/part-of: engineering-platform</w:t>
              <w:br/>
              <w:t xml:space="preserve">    sre.slo/compliance: "100% Infrastructure-as-Code Compliance &amp; Audited Reproducibility"</w:t>
              <w:br/>
              <w:t>spec:</w:t>
              <w:br/>
              <w:t xml:space="preserve">  replicas: 3</w:t>
              <w:br/>
              <w:t xml:space="preserve">  strategy:</w:t>
              <w:br/>
              <w:t xml:space="preserve">    type: RollingUpdate</w:t>
              <w:br/>
              <w:t xml:space="preserve">    rollingUpdate:</w:t>
              <w:br/>
              <w:t xml:space="preserve">      maxSurge: 1</w:t>
              <w:br/>
              <w:t xml:space="preserve">      maxUnavailable: 0</w:t>
              <w:br/>
              <w:t xml:space="preserve">  selector:</w:t>
              <w:br/>
              <w:t xml:space="preserve">    matchLabels:</w:t>
              <w:br/>
              <w:t xml:space="preserve">      app: llm-red-teaming-&amp;-vulnerability-scanner-studio</w:t>
              <w:br/>
              <w:t xml:space="preserve">  template:</w:t>
              <w:br/>
              <w:t xml:space="preserve">    metadata:</w:t>
              <w:br/>
              <w:t xml:space="preserve">      labels:</w:t>
              <w:br/>
              <w:t xml:space="preserve">        app: llm-red-teaming-&amp;-vulnerability-scanner-studio</w:t>
              <w:br/>
              <w:t xml:space="preserve">    spec:</w:t>
              <w:br/>
              <w:t xml:space="preserve">      containers:</w:t>
              <w:br/>
              <w:t xml:space="preserve">        - name: core</w:t>
              <w:br/>
              <w:t xml:space="preserve">          image: ghcr.io/pradeeptalari14/tp-llm-redteaming:v1.0.0</w:t>
              <w:br/>
              <w:t xml:space="preserve">          imagePullPolicy: IfNotPresent</w:t>
              <w:br/>
              <w:t xml:space="preserve">          resources:</w:t>
              <w:br/>
              <w:t xml:space="preserve">            requests:</w:t>
              <w:br/>
              <w:t xml:space="preserve">              cpu: "500m"</w:t>
              <w:br/>
              <w:t xml:space="preserve">              memory: "1Gi"</w:t>
              <w:br/>
              <w:t xml:space="preserve">            limits:</w:t>
              <w:br/>
              <w:t xml:space="preserve">              cpu: "2000m"</w:t>
              <w:br/>
              <w:t xml:space="preserve">              memory: "4Gi"</w:t>
              <w:br/>
              <w:t xml:space="preserve">          readinessProbe:</w:t>
              <w:br/>
              <w:t xml:space="preserve">            httpGet:</w:t>
              <w:br/>
              <w:t xml:space="preserve">              path: /healthz</w:t>
              <w:br/>
              <w:t xml:space="preserve">              port: 8080</w:t>
              <w:br/>
              <w:t xml:space="preserve">            initialDelaySeconds: 5</w:t>
              <w:br/>
              <w:t xml:space="preserve">            periodSeconds: 10</w:t>
              <w:br/>
              <w:t xml:space="preserve">          livenessProbe:</w:t>
              <w:br/>
              <w:t xml:space="preserve">            httpGet:</w:t>
              <w:br/>
              <w:t xml:space="preserve">              path: /livez</w:t>
              <w:br/>
              <w:t xml:space="preserve">              port: 8080</w:t>
              <w:br/>
              <w:t xml:space="preserve">            initialDelaySeconds: 15</w:t>
              <w:br/>
              <w:t xml:space="preserve">            periodSeconds: 20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Standardize on version-controlled declarations (garak-config.yaml), enforce automated validation before commit, and monitor runtime telemetry against target SLOs.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Manually configuring instances or parameters in ad-hoc consoles without version-controlled state manifests and rollback testing.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https://github.com/Pradeeptalari14/tp-llm-redteaming.git &amp;&amp; cd $(basename "Pradeeptalari14/tp-llm-redteaming")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https://github.com/Pradeeptalari14/tp-llm-redteaming.git &amp;&amp; cd $(basename "Pradeeptalari14/tp-llm-redteaming") &amp;&amp; bash scripts/validate.sh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100% Infrastructure-as-Code Compliance &amp; Audited Reproducibility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https://www.youtube.com/results?search_query=LLM+Red+Teaming+%26+Vulnerability+Scanner+Studio+tutorial+deep+dive+architecture+production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https://www.youtube.com/results?search_query=LLM+Red+Teaming+%26+Vulnerability+Scanner+Studio+KubeCon+SREcon+AI+Engineer+Summit+conference+talk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